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16.21 КоАП РФ, ст. 277 ТК ТС, ст. 279 ТК ТС, ст. 3.1 КоАП РФ, ст. 3.3 КоАП РФ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конфискация предмета правонарушения, Статья 16.21 КоАП РФ, мотивированность наказания, Статья 3.3 КоАП РФ, Дополнительное административное наказание, область таможенного дела, Назначение наказания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Назначение административного наказания в виде конфискации товара, явившегося предметом административного правонарушения, должно быть мотивировано в постановлении по делу об административном правонарушении.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судьи суда первой инстанции общество (фрахтователь) признано виновным в совершении правонарушения, предусмотренного статьей 16.21 КоАП РФ, и подвергнуто административному наказанию в виде административного штрафа в размере одной второй стоимости товара, являющегося предметом административного правонарушения, – буксирного судна − с конфискацией в доход государства названного судна.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Статьей 16.21 КоАП РФ предусмотрена ответственность за пользование товарами, которые незаконно перемещены через таможенную границу ЕАЭС и в отношении которых не уплачены таможенные пошлины, налоги или не соблюдены установленные международными договорами государств – членов ЕАЭС, решениями ЕЭК, нормативными правовыми актами Российской Федерации запреты и ограничения, либо товарами, выпущенными, в том числе условно, в соответствии с таможенной процедурой, пользование которыми, передача которых во владение или в пользование либо распоряжение которыми иными способами допущены в нарушение установленных запретов и (или) ограничений, а также приобретение, хранение либо транспортировка таких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Было установлено, что буксирное судно на таможенную территорию ЕАЭС ввезено судовладельцем в соответствии с таможенной процедурой временного ввоза на основании договора бербоут-чартера. Впоследствии между судовладельцем и фрахтователем заключен договор тайм-чартера на срок 8 дней, по истечении которого судно было возвращено владельцу.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со статьей 277 ТК ТС временный ввоз (допуск) представляет собой таможенную процедуру, при которой иностранные товары используются в течение установленного срока на таможенной территории таможенного союза с условным освобождением, полным или частичным, от уплаты ввозных таможенных пошлин, налогов и без применения мер нетарифного регулирования с последующим помещением под таможенную процедуру реэкспорта.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2 статьи 279 ТК ТС временно ввезенные товары должны находиться в фактическом владении и пользовании декларанта.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3 статьи 279 ТК ТС допускается передача декларантом временно ввезенных товаров во владение и пользование иному лицу: 1) в целях их технического обслуживания, ремонта (за исключением капитального ремонта и (или) модернизации), хранения, транспортировки, а также в иных целях в случаях, определенных законодательством и (или) международными договорами государств – членов таможенного союза, – без разрешения таможенного органа; 2) в иных случаях – с разрешения таможенного органа.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Поскольку обращений от судовладельца о передаче в пользование иному лицу товаров, условно выпущенных по указанной таможенной декларации, не поступало и таможенным органом разрешений на передачу третьим лицам временно ввезенных товаров не выдавалось, выявленные факты послужили основанием для возбуждения в отношении фрахтователя производства по делу об административном правонарушении.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 суда первой инстанции обоснованно признал, что фрахтователь, имея возможность с разумной степенью заботливости и осмотрительности при заключении договора тайм-чартера установить основания владения судном его собственником, не принял все зависящие от него меры по соблюдению правил и норм, за нарушение которых КоАП РФ предусмотрена административная ответственность.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Санкцией статьи 16.21 КоАП РФ для юридических лиц предусмотрена административная ответственность в виде наложения административного штрафа в размере от одной второй до двукратного размера стоимости товаров, явившихся предметами административного правонарушения, с их конфискацией или без таковой либо конфискация предметов административного правонарушения.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частью 2 статьи 3.3 КоАП РФ конфискация предмета административного правонарушения может устанавливаться и применяться в качестве как основного, так и дополнительного административного наказания.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 (статья 3.1 КоАП РФ).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Вместе с тем судья суда кассационной инстанции, рассматривая жалобу защитника общества, обратил внимание на то, что, назначая обществу основное и дополнительное наказание, судья суда первой инстанции не мотивировал необходимость применения дополнительной меры наказания в виде конфискации буксирного судна, а также ее соразмерность в качестве единственно возможного способа достижения баланса публичных и частных интересов в рамках производства по данному делу, в том числе с учетом кратковременности срока пользования судном.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постановлением судьи суда кассационной инстанции постановление судьи суда первой инстанции было изменено путем исключения из него указания на назначение санкции в виде конфискации товара, явившегося предметом административного правонарушения.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31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31</dc:title>
  <dc:subject/>
  <dc:creator>CasusLegal</dc:creator>
  <cp:keywords/>
  <dc:description/>
  <cp:lastModifiedBy>CasusLegal</cp:lastModifiedBy>
  <cp:revision>1</cp:revision>
  <dcterms:created xsi:type="dcterms:W3CDTF">2026-09-26T15:10:12Z</dcterms:created>
  <dcterms:modified xsi:type="dcterms:W3CDTF">2026-09-26T15:10:12Z</dcterms:modified>
  <cp:category/>
</cp:coreProperties>
</file>