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13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(Президиум, обзор)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17.06.2026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12А/2026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Нормы, упомянутые в тексте: </w:t>
      </w:r>
      <w:r>
        <w:rPr>
          <w:rFonts w:ascii="Inter" w:hAnsi="Inter"/>
          <w:color w:val="655D50"/>
          <w:sz w:val="18"/>
        </w:rPr>
        <w:t>ст. 2 ТК ЕАЭС, ст. 256 ТК ЕАЭС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товары для личного пользования, потребительские свойства товара, Статья 256 ТК ЕАЭС, личные цели, Таможенное декларирование, коммерческая партия, назначение товара, Статья 2 ТК ЕАЭС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Потребительские свойства ввозимого товара могут свидетельствовать о невозможности его использования в личных целях.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Лицо обратилось в суд с требованием о признании незаконным решения таможенного органа о неотнесении товаров (железосодержащей руды) к товарам для личного пользования, ссылаясь на то, что в частном порядке занимается научно-исследовательской деятельностью.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Решением суда первой инстанции, оставленным без изменения судами апелляционной и кассационной инстанций, в удовлетворении требования отказано.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этом суды исходили из следующего.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Должностным лицом таможенного поста аэропорта в присутствии лица проведен таможенный досмотр его багажа с использованием технических средств – электронных весов и фотоаппарата. По результатам составлен акт таможенного досмотра, согласно которому в багаже указанного лица обнаружена железосодержащая руда в пакетах общим весом 8 256 грамм.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Таможенным органом вынесено решение о неотнесении железосодержащей руды, перемещаемой лицом через границу ЕАЭС, к товарам для личного пользования (пункты 4 и 5 статьи 256 ТК ЕАЭС).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пункту 7 статьи 256 ТК ЕАЭС в отношении перемещаемых через таможенную границу Союза физическими лицами товаров, не отнесенных в соответствии с главой 37 ТК ЕАЭС к товарам для личного пользования, положения этой главы не применяются. Такие товары подлежат перемещению через таможенную границу Союза в порядке и на условиях, которые установлены иными главами указанного кодекса.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Стоимостные, весовые и (или) количественные нормы, в пределах которых товары для личного пользования ввозятся на таможенную территорию Союза без уплаты таможенных пошлин, налогов, установлены Решением Совета ЕЭК от 20 декабря 2017 года № 107 (приложение № 1).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Подпунктом 46 пункта 1 статьи 2 ТК ЕАЭС определено, что товарами для личного пользования признаются товары, предназначенные для личных, семейных, домашних и иных, не связанных с осуществлением предпринимательской деятельности, нужд физических лиц, перемещаемые через таможенную границу Союза в сопровождаемом или несопровождаемом багаже, путем пересылки в международных почтовых отправлениях либо иным способом.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Критерии отнесения товаров, перемещаемых через таможенную границу Союза, к товарам для личного пользования установлены пунктом 4 статьи 256 ТК ЕАЭС, согласно которому таковыми признаются сведения, указанные в заявлении физического лица о перемещаемых товарах, характер товаров, определяемый их потребительскими свойствами и традиционной практикой применения и использования в быту, количество товаров, которое оценивается с учетом их однородности (например, одного наименования, размера, фасона, цвета) и обычной потребности в соответствующих товарах физического лица и членов его семьи, частота пересечения физическим лицом и (или) перемещения им либо в его адрес товаров через таможенную границу (то есть количества однородных товаров и числа их перемещений за определенный период), за исключением товаров, обозначенных в пункте 6 названной статьи (пункт 38 постановления Пленума № 49).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Перемещаемый в данном случае товар не относится к товарам, запрещенным к вывозу за пределы Союза и подлежащим обязательному декларированию, при условии, что он является товаром для личного пользования.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оценке материалов дела суды пришли к следующему выводу: потребительские свойства и объем перевозимого лицом товара свидетельствуют о том, что он явно не относится к товарам, обеспечивающим обычную потребность физического лица.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Следовательно, такой товар не относится к товарам для личного пользования и подлежит обязательному декларированию.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"Тематический обзор Верховного Суда Российской Федерации № 9/2026. О рассмотрении судами споров, связанных с применением таможенного законодательства", п. 13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13</dc:title>
  <dc:subject/>
  <dc:creator>CasusLegal</dc:creator>
  <cp:keywords/>
  <dc:description/>
  <cp:lastModifiedBy>CasusLegal</cp:lastModifiedBy>
  <cp:revision>1</cp:revision>
  <dcterms:created xsi:type="dcterms:W3CDTF">2026-09-26T15:11:14Z</dcterms:created>
  <dcterms:modified xsi:type="dcterms:W3CDTF">2026-09-26T15:11:14Z</dcterms:modified>
  <cp:category/>
</cp:coreProperties>
</file>